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AB9331" w14:textId="35EA7C91" w:rsidR="0060437D" w:rsidRDefault="0060437D" w:rsidP="0060437D">
      <w:pPr>
        <w:pStyle w:val="Heading1"/>
        <w:jc w:val="center"/>
      </w:pPr>
      <w:r>
        <w:rPr>
          <w:noProof/>
        </w:rPr>
        <w:drawing>
          <wp:inline distT="0" distB="0" distL="0" distR="0" wp14:anchorId="0036789E" wp14:editId="1BCA46E5">
            <wp:extent cx="2209800" cy="394644"/>
            <wp:effectExtent l="0" t="0" r="0" b="5715"/>
            <wp:docPr id="10692085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4488" cy="400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557310" w14:textId="59E4FA22" w:rsidR="0060437D" w:rsidRPr="0060437D" w:rsidRDefault="0060437D" w:rsidP="0060437D">
      <w:pPr>
        <w:pStyle w:val="Heading2"/>
        <w:jc w:val="center"/>
      </w:pPr>
      <w:r>
        <w:t>Hagar’s Sisters Social Media Sharing Copy</w:t>
      </w:r>
    </w:p>
    <w:p w14:paraId="2A64FA30" w14:textId="3A0E9177" w:rsidR="00CF3B32" w:rsidRDefault="00000000">
      <w:pPr>
        <w:pStyle w:val="Heading2"/>
      </w:pPr>
      <w:r>
        <w:t>Facebook Post</w:t>
      </w:r>
    </w:p>
    <w:p w14:paraId="7EDEDA33" w14:textId="478C4BB1" w:rsidR="00CF3B32" w:rsidRDefault="00000000">
      <w:r>
        <w:t xml:space="preserve">I recently learned about </w:t>
      </w:r>
      <w:r w:rsidR="0060437D">
        <w:t>@</w:t>
      </w:r>
      <w:r>
        <w:t>Hagar</w:t>
      </w:r>
      <w:r w:rsidR="0060437D">
        <w:t>ss</w:t>
      </w:r>
      <w:r>
        <w:t>isters and the incredible work they do to support women experiencing abuse.</w:t>
      </w:r>
      <w:r>
        <w:br/>
      </w:r>
      <w:r>
        <w:br/>
        <w:t>Their message is simple: No Woman Should Have to Wait for Safety.</w:t>
      </w:r>
      <w:r>
        <w:br/>
      </w:r>
      <w:r>
        <w:br/>
        <w:t>As demand for their services continues to grow, they're raising support to expand capacity and reach more women with life-changing care. Every gift is currently being matched up to $50,000!</w:t>
      </w:r>
      <w:r>
        <w:br/>
      </w:r>
      <w:r>
        <w:br/>
      </w:r>
      <w:r w:rsidR="0060437D">
        <w:t>If you'd like to learn more about their mission or how you can help, visit HagarsSisters.org or message me.</w:t>
      </w:r>
    </w:p>
    <w:p w14:paraId="4665E3C4" w14:textId="77777777" w:rsidR="00CF3B32" w:rsidRDefault="00000000">
      <w:pPr>
        <w:pStyle w:val="Heading2"/>
      </w:pPr>
      <w:r>
        <w:t>Instagram Post</w:t>
      </w:r>
    </w:p>
    <w:p w14:paraId="4DDFBF2D" w14:textId="77777777" w:rsidR="00CF3B32" w:rsidRDefault="00000000">
      <w:r>
        <w:t>💛 I recently learned about @HagarsSisters and the incredible work they do to support women experiencing abuse.</w:t>
      </w:r>
      <w:r>
        <w:br/>
      </w:r>
      <w:r>
        <w:br/>
        <w:t>Their message is simple: No Woman Should Have to Wait for Safety.</w:t>
      </w:r>
      <w:r>
        <w:br/>
      </w:r>
      <w:r>
        <w:br/>
        <w:t>✨ Every gift is currently being matched dollar-for-dollar up to $50,000, helping more women find safety, healing, and hope.</w:t>
      </w:r>
      <w:r>
        <w:br/>
      </w:r>
      <w:r>
        <w:br/>
        <w:t>🙏 Message me if you'd like to learn more, or visit HagarsSisters.org.</w:t>
      </w:r>
      <w:r>
        <w:br/>
      </w:r>
      <w:r>
        <w:br/>
        <w:t>#HagarsSisters #NoWomanShouldHaveToWaitForSafety #EndTheCycleOfAbuse #GiveHope #FaithInAction</w:t>
      </w:r>
    </w:p>
    <w:p w14:paraId="1BB60D8C" w14:textId="77777777" w:rsidR="00CF3B32" w:rsidRDefault="00000000">
      <w:pPr>
        <w:pStyle w:val="Heading2"/>
      </w:pPr>
      <w:r>
        <w:t>LinkedIn Post</w:t>
      </w:r>
    </w:p>
    <w:p w14:paraId="3232726D" w14:textId="77777777" w:rsidR="00CF3B32" w:rsidRDefault="00000000">
      <w:r>
        <w:t>I recently learned about Hagar's Sisters and the important work they do to support women experiencing abuse.</w:t>
      </w:r>
      <w:r>
        <w:br/>
      </w:r>
      <w:r>
        <w:br/>
        <w:t>Their message is simple: No Woman Should Have to Wait for Safety.</w:t>
      </w:r>
      <w:r>
        <w:br/>
      </w:r>
      <w:r>
        <w:br/>
        <w:t>As demand for services continues to grow, Hagar's Sisters is expanding capacity to reach more women with life-changing care, support, and hope. To help make that possible, every gift is currently being matched dollar-for-dollar up to $50,000.</w:t>
      </w:r>
      <w:r>
        <w:br/>
      </w:r>
      <w:r>
        <w:lastRenderedPageBreak/>
        <w:br/>
        <w:t>If you'd like to learn more about their mission or how you can help, visit HagarsSisters.org or message me.</w:t>
      </w:r>
      <w:r>
        <w:br/>
      </w:r>
      <w:r>
        <w:br/>
        <w:t>#HagarsSisters #Nonprofit #DomesticViolenceAwareness #FaithBased #Philanthropy #GivingBack #CommunityImpact</w:t>
      </w:r>
    </w:p>
    <w:sectPr w:rsidR="00CF3B32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774589599">
    <w:abstractNumId w:val="8"/>
  </w:num>
  <w:num w:numId="2" w16cid:durableId="1647857826">
    <w:abstractNumId w:val="6"/>
  </w:num>
  <w:num w:numId="3" w16cid:durableId="558443494">
    <w:abstractNumId w:val="5"/>
  </w:num>
  <w:num w:numId="4" w16cid:durableId="627668317">
    <w:abstractNumId w:val="4"/>
  </w:num>
  <w:num w:numId="5" w16cid:durableId="1075126422">
    <w:abstractNumId w:val="7"/>
  </w:num>
  <w:num w:numId="6" w16cid:durableId="1534463903">
    <w:abstractNumId w:val="3"/>
  </w:num>
  <w:num w:numId="7" w16cid:durableId="722558813">
    <w:abstractNumId w:val="2"/>
  </w:num>
  <w:num w:numId="8" w16cid:durableId="1883207263">
    <w:abstractNumId w:val="1"/>
  </w:num>
  <w:num w:numId="9" w16cid:durableId="3163504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07752"/>
    <w:rsid w:val="0029639D"/>
    <w:rsid w:val="00326F90"/>
    <w:rsid w:val="0060437D"/>
    <w:rsid w:val="00AA1D8D"/>
    <w:rsid w:val="00B47730"/>
    <w:rsid w:val="00CB0664"/>
    <w:rsid w:val="00CF3B32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DCAC885"/>
  <w14:defaultImageDpi w14:val="300"/>
  <w15:docId w15:val="{0BA88B59-CF11-41A5-B126-4DA4EC222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249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1669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Mark F</cp:lastModifiedBy>
  <cp:revision>2</cp:revision>
  <dcterms:created xsi:type="dcterms:W3CDTF">2013-12-23T23:15:00Z</dcterms:created>
  <dcterms:modified xsi:type="dcterms:W3CDTF">2026-06-10T13:56:00Z</dcterms:modified>
  <cp:category/>
</cp:coreProperties>
</file>